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C41BE" w14:textId="77777777" w:rsidR="007C1358" w:rsidRPr="00D84647" w:rsidRDefault="002528ED">
      <w:pPr>
        <w:pStyle w:val="Ttulo"/>
        <w:jc w:val="center"/>
        <w:rPr>
          <w:rFonts w:ascii="Avenir Next LT Pro Light" w:hAnsi="Avenir Next LT Pro Light"/>
        </w:rPr>
      </w:pPr>
      <w:r w:rsidRPr="00D84647">
        <w:rPr>
          <w:rFonts w:ascii="Avenir Next LT Pro Light" w:hAnsi="Avenir Next LT Pro Light"/>
        </w:rPr>
        <w:t>DOCUMENTO ÚNICO DE DECLARACIONES,</w:t>
      </w:r>
      <w:r w:rsidRPr="00D84647">
        <w:rPr>
          <w:rFonts w:ascii="Avenir Next LT Pro Light" w:hAnsi="Avenir Next LT Pro Light"/>
        </w:rPr>
        <w:br/>
        <w:t>AUTORIZACIONES Y COMPROMISOS DEL INVESTIGADOR</w:t>
      </w:r>
    </w:p>
    <w:p w14:paraId="18A2D75D" w14:textId="77777777" w:rsidR="007C1358" w:rsidRPr="00D84647" w:rsidRDefault="002528ED">
      <w:pPr>
        <w:jc w:val="both"/>
        <w:rPr>
          <w:rFonts w:ascii="Avenir Next LT Pro Light" w:hAnsi="Avenir Next LT Pro Light"/>
        </w:rPr>
      </w:pPr>
      <w:r w:rsidRPr="00D84647">
        <w:rPr>
          <w:rFonts w:ascii="Avenir Next LT Pro Light" w:hAnsi="Avenir Next LT Pro Light"/>
        </w:rPr>
        <w:t xml:space="preserve">Este documento debe ser diligenciado y firmado por la persona que presenta la propuesta en calidad de </w:t>
      </w:r>
      <w:r w:rsidRPr="00D84647">
        <w:rPr>
          <w:rFonts w:ascii="Avenir Next LT Pro Light" w:hAnsi="Avenir Next LT Pro Light"/>
          <w:b/>
        </w:rPr>
        <w:t>INVESTIGADOR</w:t>
      </w:r>
      <w:r w:rsidRPr="00D84647">
        <w:rPr>
          <w:rFonts w:ascii="Avenir Next LT Pro Light" w:hAnsi="Avenir Next LT Pro Light"/>
        </w:rPr>
        <w:t>. Su suscripción constituye requisito habilitante de la postulación y reúne en un solo instrumento las declaraciones, autorizaciones y compromisos previstos en los términos de referencia.</w:t>
      </w:r>
    </w:p>
    <w:p w14:paraId="3A2CCD3F" w14:textId="77777777" w:rsidR="007C1358" w:rsidRPr="00D84647" w:rsidRDefault="002528ED">
      <w:pPr>
        <w:pStyle w:val="Ttulo1"/>
        <w:rPr>
          <w:rFonts w:ascii="Avenir Next LT Pro Light" w:hAnsi="Avenir Next LT Pro Light"/>
        </w:rPr>
      </w:pPr>
      <w:r w:rsidRPr="00D84647">
        <w:rPr>
          <w:rFonts w:ascii="Avenir Next LT Pro Light" w:hAnsi="Avenir Next LT Pro Light"/>
        </w:rPr>
        <w:t>1. IDENTIFICACIÓN DEL INVESTIGADOR Y DE LA PROPUESTA</w:t>
      </w:r>
    </w:p>
    <w:tbl>
      <w:tblPr>
        <w:tblStyle w:val="Tablaconcuadrcula"/>
        <w:tblW w:w="5000" w:type="pct"/>
        <w:jc w:val="center"/>
        <w:tblLook w:val="04A0" w:firstRow="1" w:lastRow="0" w:firstColumn="1" w:lastColumn="0" w:noHBand="0" w:noVBand="1"/>
      </w:tblPr>
      <w:tblGrid>
        <w:gridCol w:w="2135"/>
        <w:gridCol w:w="3173"/>
        <w:gridCol w:w="2135"/>
        <w:gridCol w:w="2745"/>
      </w:tblGrid>
      <w:tr w:rsidR="007C1358" w:rsidRPr="00D84647" w14:paraId="78EF9264" w14:textId="77777777" w:rsidTr="009906D0">
        <w:trPr>
          <w:jc w:val="center"/>
        </w:trPr>
        <w:tc>
          <w:tcPr>
            <w:tcW w:w="1048" w:type="pct"/>
            <w:vAlign w:val="center"/>
          </w:tcPr>
          <w:p w14:paraId="63CAC825" w14:textId="77777777" w:rsidR="007C1358" w:rsidRPr="00D84647" w:rsidRDefault="002528ED">
            <w:pPr>
              <w:spacing w:after="0"/>
              <w:rPr>
                <w:rFonts w:ascii="Avenir Next LT Pro Light" w:hAnsi="Avenir Next LT Pro Light"/>
              </w:rPr>
            </w:pPr>
            <w:r w:rsidRPr="00D84647">
              <w:rPr>
                <w:rFonts w:ascii="Avenir Next LT Pro Light" w:hAnsi="Avenir Next LT Pro Light"/>
                <w:b/>
                <w:color w:val="1F4E79"/>
                <w:sz w:val="17"/>
              </w:rPr>
              <w:t>Nombres y apellidos</w:t>
            </w:r>
          </w:p>
        </w:tc>
        <w:tc>
          <w:tcPr>
            <w:tcW w:w="1557" w:type="pct"/>
            <w:vAlign w:val="center"/>
          </w:tcPr>
          <w:p w14:paraId="756D209C" w14:textId="77777777" w:rsidR="007C1358" w:rsidRPr="00D84647" w:rsidRDefault="007C1358">
            <w:pPr>
              <w:spacing w:after="0"/>
              <w:rPr>
                <w:rFonts w:ascii="Avenir Next LT Pro Light" w:hAnsi="Avenir Next LT Pro Light"/>
              </w:rPr>
            </w:pPr>
          </w:p>
        </w:tc>
        <w:tc>
          <w:tcPr>
            <w:tcW w:w="1048" w:type="pct"/>
            <w:vAlign w:val="center"/>
          </w:tcPr>
          <w:p w14:paraId="7688F376" w14:textId="77777777" w:rsidR="007C1358" w:rsidRPr="00D84647" w:rsidRDefault="002528ED">
            <w:pPr>
              <w:spacing w:after="0"/>
              <w:rPr>
                <w:rFonts w:ascii="Avenir Next LT Pro Light" w:hAnsi="Avenir Next LT Pro Light"/>
              </w:rPr>
            </w:pPr>
            <w:r w:rsidRPr="00D84647">
              <w:rPr>
                <w:rFonts w:ascii="Avenir Next LT Pro Light" w:hAnsi="Avenir Next LT Pro Light"/>
                <w:b/>
                <w:color w:val="1F4E79"/>
                <w:sz w:val="17"/>
              </w:rPr>
              <w:t>Documento de identidad</w:t>
            </w:r>
          </w:p>
        </w:tc>
        <w:tc>
          <w:tcPr>
            <w:tcW w:w="1347" w:type="pct"/>
            <w:vAlign w:val="center"/>
          </w:tcPr>
          <w:p w14:paraId="7EF0DA31" w14:textId="77777777" w:rsidR="007C1358" w:rsidRPr="00D84647" w:rsidRDefault="007C1358">
            <w:pPr>
              <w:spacing w:after="0"/>
              <w:rPr>
                <w:rFonts w:ascii="Avenir Next LT Pro Light" w:hAnsi="Avenir Next LT Pro Light"/>
              </w:rPr>
            </w:pPr>
          </w:p>
        </w:tc>
      </w:tr>
      <w:tr w:rsidR="007C1358" w:rsidRPr="00D84647" w14:paraId="00CFE107" w14:textId="77777777" w:rsidTr="009906D0">
        <w:trPr>
          <w:jc w:val="center"/>
        </w:trPr>
        <w:tc>
          <w:tcPr>
            <w:tcW w:w="1048" w:type="pct"/>
            <w:vAlign w:val="center"/>
          </w:tcPr>
          <w:p w14:paraId="19D00BA1" w14:textId="77777777" w:rsidR="007C1358" w:rsidRPr="00D84647" w:rsidRDefault="002528ED">
            <w:pPr>
              <w:spacing w:after="0"/>
              <w:rPr>
                <w:rFonts w:ascii="Avenir Next LT Pro Light" w:hAnsi="Avenir Next LT Pro Light"/>
              </w:rPr>
            </w:pPr>
            <w:r w:rsidRPr="00D84647">
              <w:rPr>
                <w:rFonts w:ascii="Avenir Next LT Pro Light" w:hAnsi="Avenir Next LT Pro Light"/>
                <w:b/>
                <w:color w:val="1F4E79"/>
                <w:sz w:val="17"/>
              </w:rPr>
              <w:t>Cargo</w:t>
            </w:r>
          </w:p>
        </w:tc>
        <w:tc>
          <w:tcPr>
            <w:tcW w:w="1557" w:type="pct"/>
            <w:vAlign w:val="center"/>
          </w:tcPr>
          <w:p w14:paraId="5D5AD85B" w14:textId="77777777" w:rsidR="007C1358" w:rsidRPr="00D84647" w:rsidRDefault="002528ED">
            <w:pPr>
              <w:spacing w:after="0"/>
              <w:rPr>
                <w:rFonts w:ascii="Avenir Next LT Pro Light" w:hAnsi="Avenir Next LT Pro Light"/>
              </w:rPr>
            </w:pPr>
            <w:r w:rsidRPr="00D84647">
              <w:rPr>
                <w:rFonts w:ascii="Segoe UI Symbol" w:hAnsi="Segoe UI Symbol" w:cs="Segoe UI Symbol"/>
                <w:sz w:val="17"/>
              </w:rPr>
              <w:t>☐</w:t>
            </w:r>
            <w:r w:rsidRPr="00D84647">
              <w:rPr>
                <w:rFonts w:ascii="Avenir Next LT Pro Light" w:hAnsi="Avenir Next LT Pro Light"/>
                <w:sz w:val="17"/>
              </w:rPr>
              <w:t xml:space="preserve"> Docente   </w:t>
            </w:r>
            <w:r w:rsidRPr="00D84647">
              <w:rPr>
                <w:rFonts w:ascii="Segoe UI Symbol" w:hAnsi="Segoe UI Symbol" w:cs="Segoe UI Symbol"/>
                <w:sz w:val="17"/>
              </w:rPr>
              <w:t>☐</w:t>
            </w:r>
            <w:r w:rsidRPr="00D84647">
              <w:rPr>
                <w:rFonts w:ascii="Avenir Next LT Pro Light" w:hAnsi="Avenir Next LT Pro Light"/>
                <w:sz w:val="17"/>
              </w:rPr>
              <w:t xml:space="preserve"> Directivo docente</w:t>
            </w:r>
          </w:p>
        </w:tc>
        <w:tc>
          <w:tcPr>
            <w:tcW w:w="1048" w:type="pct"/>
            <w:vAlign w:val="center"/>
          </w:tcPr>
          <w:p w14:paraId="012B1618" w14:textId="77777777" w:rsidR="007C1358" w:rsidRPr="00D84647" w:rsidRDefault="002528ED">
            <w:pPr>
              <w:spacing w:after="0"/>
              <w:rPr>
                <w:rFonts w:ascii="Avenir Next LT Pro Light" w:hAnsi="Avenir Next LT Pro Light"/>
              </w:rPr>
            </w:pPr>
            <w:r w:rsidRPr="00D84647">
              <w:rPr>
                <w:rFonts w:ascii="Avenir Next LT Pro Light" w:hAnsi="Avenir Next LT Pro Light"/>
                <w:b/>
                <w:color w:val="1F4E79"/>
                <w:sz w:val="17"/>
              </w:rPr>
              <w:t>Institución educativa oficial</w:t>
            </w:r>
          </w:p>
        </w:tc>
        <w:tc>
          <w:tcPr>
            <w:tcW w:w="1347" w:type="pct"/>
            <w:vAlign w:val="center"/>
          </w:tcPr>
          <w:p w14:paraId="6CFB53EF" w14:textId="77777777" w:rsidR="007C1358" w:rsidRPr="00D84647" w:rsidRDefault="007C1358">
            <w:pPr>
              <w:spacing w:after="0"/>
              <w:rPr>
                <w:rFonts w:ascii="Avenir Next LT Pro Light" w:hAnsi="Avenir Next LT Pro Light"/>
              </w:rPr>
            </w:pPr>
          </w:p>
        </w:tc>
      </w:tr>
      <w:tr w:rsidR="007C1358" w:rsidRPr="00D84647" w14:paraId="46005361" w14:textId="77777777" w:rsidTr="009906D0">
        <w:trPr>
          <w:jc w:val="center"/>
        </w:trPr>
        <w:tc>
          <w:tcPr>
            <w:tcW w:w="1048" w:type="pct"/>
            <w:vAlign w:val="center"/>
          </w:tcPr>
          <w:p w14:paraId="41F88975" w14:textId="77777777" w:rsidR="007C1358" w:rsidRPr="00D84647" w:rsidRDefault="002528ED">
            <w:pPr>
              <w:spacing w:after="0"/>
              <w:rPr>
                <w:rFonts w:ascii="Avenir Next LT Pro Light" w:hAnsi="Avenir Next LT Pro Light"/>
              </w:rPr>
            </w:pPr>
            <w:r w:rsidRPr="00D84647">
              <w:rPr>
                <w:rFonts w:ascii="Avenir Next LT Pro Light" w:hAnsi="Avenir Next LT Pro Light"/>
                <w:b/>
                <w:color w:val="1F4E79"/>
                <w:sz w:val="17"/>
              </w:rPr>
              <w:t>Correo electrónico</w:t>
            </w:r>
          </w:p>
        </w:tc>
        <w:tc>
          <w:tcPr>
            <w:tcW w:w="1557" w:type="pct"/>
            <w:vAlign w:val="center"/>
          </w:tcPr>
          <w:p w14:paraId="76BE2505" w14:textId="77777777" w:rsidR="007C1358" w:rsidRPr="00D84647" w:rsidRDefault="007C1358">
            <w:pPr>
              <w:spacing w:after="0"/>
              <w:rPr>
                <w:rFonts w:ascii="Avenir Next LT Pro Light" w:hAnsi="Avenir Next LT Pro Light"/>
              </w:rPr>
            </w:pPr>
          </w:p>
        </w:tc>
        <w:tc>
          <w:tcPr>
            <w:tcW w:w="1048" w:type="pct"/>
            <w:vAlign w:val="center"/>
          </w:tcPr>
          <w:p w14:paraId="779F1C1C" w14:textId="77777777" w:rsidR="007C1358" w:rsidRPr="00D84647" w:rsidRDefault="002528ED">
            <w:pPr>
              <w:spacing w:after="0"/>
              <w:rPr>
                <w:rFonts w:ascii="Avenir Next LT Pro Light" w:hAnsi="Avenir Next LT Pro Light"/>
              </w:rPr>
            </w:pPr>
            <w:r w:rsidRPr="00D84647">
              <w:rPr>
                <w:rFonts w:ascii="Avenir Next LT Pro Light" w:hAnsi="Avenir Next LT Pro Light"/>
                <w:b/>
                <w:color w:val="1F4E79"/>
                <w:sz w:val="17"/>
              </w:rPr>
              <w:t>Teléfono</w:t>
            </w:r>
          </w:p>
        </w:tc>
        <w:tc>
          <w:tcPr>
            <w:tcW w:w="1347" w:type="pct"/>
            <w:vAlign w:val="center"/>
          </w:tcPr>
          <w:p w14:paraId="2E066292" w14:textId="77777777" w:rsidR="007C1358" w:rsidRPr="00D84647" w:rsidRDefault="007C1358">
            <w:pPr>
              <w:spacing w:after="0"/>
              <w:rPr>
                <w:rFonts w:ascii="Avenir Next LT Pro Light" w:hAnsi="Avenir Next LT Pro Light"/>
              </w:rPr>
            </w:pPr>
          </w:p>
        </w:tc>
      </w:tr>
      <w:tr w:rsidR="007C1358" w:rsidRPr="00D84647" w14:paraId="13F08B2E" w14:textId="77777777" w:rsidTr="009906D0">
        <w:trPr>
          <w:jc w:val="center"/>
        </w:trPr>
        <w:tc>
          <w:tcPr>
            <w:tcW w:w="1048" w:type="pct"/>
            <w:vAlign w:val="center"/>
          </w:tcPr>
          <w:p w14:paraId="158B9000" w14:textId="77777777" w:rsidR="007C1358" w:rsidRPr="00D84647" w:rsidRDefault="002528ED">
            <w:pPr>
              <w:spacing w:after="0"/>
              <w:rPr>
                <w:rFonts w:ascii="Avenir Next LT Pro Light" w:hAnsi="Avenir Next LT Pro Light"/>
              </w:rPr>
            </w:pPr>
            <w:r w:rsidRPr="00D84647">
              <w:rPr>
                <w:rFonts w:ascii="Avenir Next LT Pro Light" w:hAnsi="Avenir Next LT Pro Light"/>
                <w:b/>
                <w:color w:val="1F4E79"/>
                <w:sz w:val="17"/>
              </w:rPr>
              <w:t>Título de la propuesta</w:t>
            </w:r>
          </w:p>
        </w:tc>
        <w:tc>
          <w:tcPr>
            <w:tcW w:w="3952" w:type="pct"/>
            <w:gridSpan w:val="3"/>
            <w:vAlign w:val="center"/>
          </w:tcPr>
          <w:p w14:paraId="262008B9" w14:textId="77777777" w:rsidR="007C1358" w:rsidRPr="00D84647" w:rsidRDefault="007C1358">
            <w:pPr>
              <w:spacing w:after="0"/>
              <w:rPr>
                <w:rFonts w:ascii="Avenir Next LT Pro Light" w:hAnsi="Avenir Next LT Pro Light"/>
              </w:rPr>
            </w:pPr>
          </w:p>
          <w:p w14:paraId="35FB67F1" w14:textId="77777777" w:rsidR="007C1358" w:rsidRPr="00D84647" w:rsidRDefault="007C1358">
            <w:pPr>
              <w:spacing w:after="0"/>
              <w:rPr>
                <w:rFonts w:ascii="Avenir Next LT Pro Light" w:hAnsi="Avenir Next LT Pro Light"/>
              </w:rPr>
            </w:pPr>
          </w:p>
          <w:p w14:paraId="08CF4E03" w14:textId="77777777" w:rsidR="007C1358" w:rsidRPr="00D84647" w:rsidRDefault="007C1358">
            <w:pPr>
              <w:spacing w:after="0"/>
              <w:rPr>
                <w:rFonts w:ascii="Avenir Next LT Pro Light" w:hAnsi="Avenir Next LT Pro Light"/>
              </w:rPr>
            </w:pPr>
          </w:p>
        </w:tc>
      </w:tr>
      <w:tr w:rsidR="007C1358" w:rsidRPr="00D84647" w14:paraId="0FECBA01" w14:textId="77777777" w:rsidTr="009906D0">
        <w:trPr>
          <w:jc w:val="center"/>
        </w:trPr>
        <w:tc>
          <w:tcPr>
            <w:tcW w:w="1048" w:type="pct"/>
            <w:vAlign w:val="center"/>
          </w:tcPr>
          <w:p w14:paraId="0E181F22" w14:textId="77777777" w:rsidR="007C1358" w:rsidRPr="00D84647" w:rsidRDefault="002528ED">
            <w:pPr>
              <w:spacing w:after="0"/>
              <w:rPr>
                <w:rFonts w:ascii="Avenir Next LT Pro Light" w:hAnsi="Avenir Next LT Pro Light"/>
              </w:rPr>
            </w:pPr>
            <w:r w:rsidRPr="00D84647">
              <w:rPr>
                <w:rFonts w:ascii="Avenir Next LT Pro Light" w:hAnsi="Avenir Next LT Pro Light"/>
                <w:b/>
                <w:color w:val="1F4E79"/>
                <w:sz w:val="17"/>
              </w:rPr>
              <w:t>Línea principal</w:t>
            </w:r>
          </w:p>
        </w:tc>
        <w:tc>
          <w:tcPr>
            <w:tcW w:w="1557" w:type="pct"/>
            <w:vAlign w:val="center"/>
          </w:tcPr>
          <w:p w14:paraId="4E6F1066" w14:textId="77777777" w:rsidR="007C1358" w:rsidRPr="00D84647" w:rsidRDefault="007C1358">
            <w:pPr>
              <w:spacing w:after="0"/>
              <w:rPr>
                <w:rFonts w:ascii="Avenir Next LT Pro Light" w:hAnsi="Avenir Next LT Pro Light"/>
              </w:rPr>
            </w:pPr>
          </w:p>
        </w:tc>
        <w:tc>
          <w:tcPr>
            <w:tcW w:w="1048" w:type="pct"/>
            <w:vAlign w:val="center"/>
          </w:tcPr>
          <w:p w14:paraId="15D509F9" w14:textId="77777777" w:rsidR="007C1358" w:rsidRPr="00D84647" w:rsidRDefault="002528ED">
            <w:pPr>
              <w:spacing w:after="0"/>
              <w:rPr>
                <w:rFonts w:ascii="Avenir Next LT Pro Light" w:hAnsi="Avenir Next LT Pro Light"/>
              </w:rPr>
            </w:pPr>
            <w:r w:rsidRPr="00D84647">
              <w:rPr>
                <w:rFonts w:ascii="Avenir Next LT Pro Light" w:hAnsi="Avenir Next LT Pro Light"/>
                <w:b/>
                <w:color w:val="1F4E79"/>
                <w:sz w:val="17"/>
              </w:rPr>
              <w:t>Valor solicitado</w:t>
            </w:r>
          </w:p>
        </w:tc>
        <w:tc>
          <w:tcPr>
            <w:tcW w:w="1347" w:type="pct"/>
            <w:vAlign w:val="center"/>
          </w:tcPr>
          <w:p w14:paraId="28EC6508" w14:textId="77777777" w:rsidR="007C1358" w:rsidRPr="00D84647" w:rsidRDefault="002528ED">
            <w:pPr>
              <w:spacing w:after="0"/>
              <w:rPr>
                <w:rFonts w:ascii="Avenir Next LT Pro Light" w:hAnsi="Avenir Next LT Pro Light"/>
              </w:rPr>
            </w:pPr>
            <w:r w:rsidRPr="00D84647">
              <w:rPr>
                <w:rFonts w:ascii="Avenir Next LT Pro Light" w:hAnsi="Avenir Next LT Pro Light"/>
                <w:sz w:val="17"/>
              </w:rPr>
              <w:t>$</w:t>
            </w:r>
          </w:p>
        </w:tc>
      </w:tr>
    </w:tbl>
    <w:p w14:paraId="4F4D497C" w14:textId="77777777" w:rsidR="009906D0" w:rsidRPr="00D84647" w:rsidRDefault="009906D0">
      <w:pPr>
        <w:jc w:val="both"/>
        <w:rPr>
          <w:rFonts w:ascii="Avenir Next LT Pro Light" w:hAnsi="Avenir Next LT Pro Light"/>
        </w:rPr>
      </w:pPr>
    </w:p>
    <w:p w14:paraId="07A86087" w14:textId="2057470C" w:rsidR="007C1358" w:rsidRPr="00D84647" w:rsidRDefault="002528ED">
      <w:pPr>
        <w:jc w:val="both"/>
        <w:rPr>
          <w:rFonts w:ascii="Avenir Next LT Pro Light" w:hAnsi="Avenir Next LT Pro Light"/>
        </w:rPr>
      </w:pPr>
      <w:r w:rsidRPr="00D84647">
        <w:rPr>
          <w:rFonts w:ascii="Avenir Next LT Pro Light" w:hAnsi="Avenir Next LT Pro Light"/>
        </w:rPr>
        <w:t xml:space="preserve">Yo, </w:t>
      </w:r>
      <w:r w:rsidRPr="00D84647">
        <w:rPr>
          <w:rFonts w:ascii="Avenir Next LT Pro Light" w:hAnsi="Avenir Next LT Pro Light"/>
          <w:b/>
        </w:rPr>
        <w:t>____________________________________________</w:t>
      </w:r>
      <w:r w:rsidRPr="00D84647">
        <w:rPr>
          <w:rFonts w:ascii="Avenir Next LT Pro Light" w:hAnsi="Avenir Next LT Pro Light"/>
        </w:rPr>
        <w:t>, identificado(a) como aparece al pie de mi firma, actuando en nombre propio y en calidad de INVESTIGADOR de la propuesta antes identificada, manifiesto libremente lo siguiente:</w:t>
      </w:r>
    </w:p>
    <w:p w14:paraId="618BDC4E" w14:textId="77777777" w:rsidR="007C1358" w:rsidRPr="00D84647" w:rsidRDefault="002528ED">
      <w:pPr>
        <w:pStyle w:val="Ttulo1"/>
        <w:rPr>
          <w:rFonts w:ascii="Avenir Next LT Pro Light" w:hAnsi="Avenir Next LT Pro Light"/>
        </w:rPr>
      </w:pPr>
      <w:r w:rsidRPr="00D84647">
        <w:rPr>
          <w:rFonts w:ascii="Avenir Next LT Pro Light" w:hAnsi="Avenir Next LT Pro Light"/>
        </w:rPr>
        <w:t>2. COMPROMISO DE PARTICIPACIÓN, DEDICACIÓN Y CUMPLIMIENTO</w:t>
      </w:r>
    </w:p>
    <w:p w14:paraId="4D8F7E31" w14:textId="77777777" w:rsidR="007C1358" w:rsidRPr="00D84647" w:rsidRDefault="002528ED">
      <w:pPr>
        <w:jc w:val="both"/>
        <w:rPr>
          <w:rFonts w:ascii="Avenir Next LT Pro Light" w:hAnsi="Avenir Next LT Pro Light"/>
        </w:rPr>
      </w:pPr>
      <w:r w:rsidRPr="00D84647">
        <w:rPr>
          <w:rFonts w:ascii="Avenir Next LT Pro Light" w:hAnsi="Avenir Next LT Pro Light"/>
        </w:rPr>
        <w:t>Declaro que cumplo las condiciones de participación y que, en caso de resultar seleccionada la propuesta, mantendré mi vinculación activa como docente o directivo docente en propiedad de una institución educativa oficial del Municipio de Bello durante la ejecución del proyecto. Me comprometo a asumir la coordinación académica, técnica, administrativa, ética y presupuestal; ejecutar el proyecto conforme con los objetivos, la metodología, el cronograma, la Estructura de Desglose de Trabajo —EDT—, el presupuesto y los productos aprobados; participar en las actividades de formación, acompañamiento y seguimiento; presentar los informes y soportes requeridos; mantener actualizada la información; atender oportunamente las solicitudes institucionales; y facilitar las verificaciones y actuaciones necesarias para el adecuado desarrollo y cierre del proyecto.</w:t>
      </w:r>
    </w:p>
    <w:p w14:paraId="14E9002F" w14:textId="77777777" w:rsidR="007C1358" w:rsidRPr="00D84647" w:rsidRDefault="002528ED">
      <w:pPr>
        <w:pStyle w:val="Ttulo1"/>
        <w:rPr>
          <w:rFonts w:ascii="Avenir Next LT Pro Light" w:hAnsi="Avenir Next LT Pro Light"/>
        </w:rPr>
      </w:pPr>
      <w:r w:rsidRPr="00D84647">
        <w:rPr>
          <w:rFonts w:ascii="Avenir Next LT Pro Light" w:hAnsi="Avenir Next LT Pro Light"/>
        </w:rPr>
        <w:t>3. DECLARACIÓN DE VERACIDAD, AUTENTICIDAD Y ORIGINALIDAD</w:t>
      </w:r>
    </w:p>
    <w:p w14:paraId="49B8D182" w14:textId="77777777" w:rsidR="007C1358" w:rsidRPr="00D84647" w:rsidRDefault="002528ED">
      <w:pPr>
        <w:jc w:val="both"/>
        <w:rPr>
          <w:rFonts w:ascii="Avenir Next LT Pro Light" w:hAnsi="Avenir Next LT Pro Light"/>
        </w:rPr>
      </w:pPr>
      <w:r w:rsidRPr="00D84647">
        <w:rPr>
          <w:rFonts w:ascii="Avenir Next LT Pro Light" w:hAnsi="Avenir Next LT Pro Light"/>
        </w:rPr>
        <w:t>Declaro que la información registrada y los documentos aportados son completos, auténticos, exactos y verificables; que la propuesta es original y no contiene plagio, falsificación, fabricación, manipulación o apropiación indebida de información; que las fuentes utilizadas han sido reconocidas de manera adecuada; y que la propuesta respeta los derechos morales, patrimoniales y demás derechos de propiedad intelectual de terceros. Autorizo a la Secretaría de Educación del Municipio de Bello y a la IUBello para verificar la información presentada en cualquier etapa de la convocatoria y del proyecto.</w:t>
      </w:r>
    </w:p>
    <w:p w14:paraId="524A382D" w14:textId="77777777" w:rsidR="007C1358" w:rsidRPr="00D84647" w:rsidRDefault="002528ED">
      <w:pPr>
        <w:pStyle w:val="Ttulo1"/>
        <w:rPr>
          <w:rFonts w:ascii="Avenir Next LT Pro Light" w:hAnsi="Avenir Next LT Pro Light"/>
        </w:rPr>
      </w:pPr>
      <w:r w:rsidRPr="00D84647">
        <w:rPr>
          <w:rFonts w:ascii="Avenir Next LT Pro Light" w:hAnsi="Avenir Next LT Pro Light"/>
        </w:rPr>
        <w:t>4. DECLARACIÓN DE INTEGRIDAD CIENTÍFICA Y RESPONSABILIDAD ÉTICA</w:t>
      </w:r>
    </w:p>
    <w:p w14:paraId="0459E8EC" w14:textId="77777777" w:rsidR="007C1358" w:rsidRPr="00D84647" w:rsidRDefault="002528ED">
      <w:pPr>
        <w:jc w:val="both"/>
        <w:rPr>
          <w:rFonts w:ascii="Avenir Next LT Pro Light" w:hAnsi="Avenir Next LT Pro Light"/>
        </w:rPr>
      </w:pPr>
      <w:r w:rsidRPr="00D84647">
        <w:rPr>
          <w:rFonts w:ascii="Avenir Next LT Pro Light" w:hAnsi="Avenir Next LT Pro Light"/>
        </w:rPr>
        <w:t xml:space="preserve">Me comprometo a desarrollar la investigación con rigor, honestidad, transparencia, trazabilidad, responsabilidad y respeto por las personas, las comunidades, las instituciones y el ambiente. Cuando el proyecto involucre participantes, menores de edad, personas con discapacidad, sujetos de especial protección, datos personales o sensibles, intervención educativa, registros audiovisuales u otras situaciones que lo requieran, tramitaré oportunamente los avales, consentimientos, asentimientos, autorizaciones y medidas de protección aplicables. No </w:t>
      </w:r>
      <w:r w:rsidRPr="00D84647">
        <w:rPr>
          <w:rFonts w:ascii="Avenir Next LT Pro Light" w:hAnsi="Avenir Next LT Pro Light"/>
        </w:rPr>
        <w:lastRenderedPageBreak/>
        <w:t>iniciaré actividades que requieran aprobación ética antes de contar con el aval correspondiente, cuando este sea exigible.</w:t>
      </w:r>
    </w:p>
    <w:p w14:paraId="08495FA8" w14:textId="77777777" w:rsidR="007C1358" w:rsidRPr="00D84647" w:rsidRDefault="002528ED">
      <w:pPr>
        <w:pStyle w:val="Ttulo1"/>
        <w:rPr>
          <w:rFonts w:ascii="Avenir Next LT Pro Light" w:hAnsi="Avenir Next LT Pro Light"/>
        </w:rPr>
      </w:pPr>
      <w:r w:rsidRPr="00D84647">
        <w:rPr>
          <w:rFonts w:ascii="Avenir Next LT Pro Light" w:hAnsi="Avenir Next LT Pro Light"/>
        </w:rPr>
        <w:t>5. COMPROMISO DE CONFIDENCIALIDAD Y MANEJO DE LA INFORMACIÓN</w:t>
      </w:r>
    </w:p>
    <w:p w14:paraId="01E7732C" w14:textId="77777777" w:rsidR="007C1358" w:rsidRPr="00D84647" w:rsidRDefault="002528ED">
      <w:pPr>
        <w:jc w:val="both"/>
        <w:rPr>
          <w:rFonts w:ascii="Avenir Next LT Pro Light" w:hAnsi="Avenir Next LT Pro Light"/>
        </w:rPr>
      </w:pPr>
      <w:r w:rsidRPr="00D84647">
        <w:rPr>
          <w:rFonts w:ascii="Avenir Next LT Pro Light" w:hAnsi="Avenir Next LT Pro Light"/>
        </w:rPr>
        <w:t>Me comprometo a proteger la información reservada, confidencial, personal o sensible a la que tenga acceso; utilizarla exclusivamente para los fines autorizados del proyecto; aplicar medidas razonables de seguridad, minimización, anonimización o seudonimización cuando proceda; impedir accesos, usos o divulgaciones no autorizadas; y conservar o eliminar la información conforme con los protocolos, autorizaciones y disposiciones aplicables. Esta obligación se mantendrá durante la evaluación, ejecución y después de la finalización del proyecto.</w:t>
      </w:r>
    </w:p>
    <w:p w14:paraId="273A08DF" w14:textId="77777777" w:rsidR="007C1358" w:rsidRPr="00D84647" w:rsidRDefault="002528ED">
      <w:pPr>
        <w:pStyle w:val="Ttulo1"/>
        <w:rPr>
          <w:rFonts w:ascii="Avenir Next LT Pro Light" w:hAnsi="Avenir Next LT Pro Light"/>
        </w:rPr>
      </w:pPr>
      <w:r w:rsidRPr="00D84647">
        <w:rPr>
          <w:rFonts w:ascii="Avenir Next LT Pro Light" w:hAnsi="Avenir Next LT Pro Light"/>
        </w:rPr>
        <w:t>6. DECLARACIÓN DE AUSENCIA DE CONFLICTO DE INTERÉS</w:t>
      </w:r>
    </w:p>
    <w:p w14:paraId="78731B18" w14:textId="77777777" w:rsidR="007C1358" w:rsidRPr="00D84647" w:rsidRDefault="002528ED">
      <w:pPr>
        <w:jc w:val="both"/>
        <w:rPr>
          <w:rFonts w:ascii="Avenir Next LT Pro Light" w:hAnsi="Avenir Next LT Pro Light"/>
        </w:rPr>
      </w:pPr>
      <w:r w:rsidRPr="00D84647">
        <w:rPr>
          <w:rFonts w:ascii="Avenir Next LT Pro Light" w:hAnsi="Avenir Next LT Pro Light"/>
        </w:rPr>
        <w:t>Declaro que no conozco circunstancias personales, familiares, laborales, económicas, institucionales o de cualquier otra naturaleza que puedan afectar mi independencia, imparcialidad o actuación en la convocatoria o en el proyecto. Me comprometo a informar de manera inmediata cualquier conflicto de interés real, potencial o aparente que surja posteriormente y a acatar las medidas que adopten las instancias competentes.</w:t>
      </w:r>
    </w:p>
    <w:p w14:paraId="72E34E85" w14:textId="77777777" w:rsidR="007C1358" w:rsidRPr="00D84647" w:rsidRDefault="002528ED">
      <w:pPr>
        <w:pStyle w:val="Ttulo1"/>
        <w:rPr>
          <w:rFonts w:ascii="Avenir Next LT Pro Light" w:hAnsi="Avenir Next LT Pro Light"/>
        </w:rPr>
      </w:pPr>
      <w:r w:rsidRPr="00D84647">
        <w:rPr>
          <w:rFonts w:ascii="Avenir Next LT Pro Light" w:hAnsi="Avenir Next LT Pro Light"/>
        </w:rPr>
        <w:t>7. DECLARACIÓN DE NO DUPLICIDAD DE PARTICIPACIÓN Y FINANCIACIÓN</w:t>
      </w:r>
    </w:p>
    <w:p w14:paraId="15482640" w14:textId="77777777" w:rsidR="007C1358" w:rsidRPr="00D84647" w:rsidRDefault="002528ED">
      <w:pPr>
        <w:jc w:val="both"/>
        <w:rPr>
          <w:rFonts w:ascii="Avenir Next LT Pro Light" w:hAnsi="Avenir Next LT Pro Light"/>
        </w:rPr>
      </w:pPr>
      <w:r w:rsidRPr="00D84647">
        <w:rPr>
          <w:rFonts w:ascii="Avenir Next LT Pro Light" w:hAnsi="Avenir Next LT Pro Light"/>
        </w:rPr>
        <w:t>Declaro que presento una sola propuesta en esta convocatoria. Asimismo, manifiesto que las actividades y rubros solicitados no están siendo financiados de manera simultánea por otra fuente, salvo las contrapartidas expresamente informadas y acreditadas. Me comprometo a comunicar cualquier financiación, apoyo o compromiso concurrente que pueda generar duplicidad, incompatibilidad o doble reconocimiento de gastos.</w:t>
      </w:r>
    </w:p>
    <w:p w14:paraId="0BF02850" w14:textId="77777777" w:rsidR="007C1358" w:rsidRPr="00D84647" w:rsidRDefault="002528ED">
      <w:pPr>
        <w:pStyle w:val="Ttulo1"/>
        <w:rPr>
          <w:rFonts w:ascii="Avenir Next LT Pro Light" w:hAnsi="Avenir Next LT Pro Light"/>
        </w:rPr>
      </w:pPr>
      <w:r w:rsidRPr="00D84647">
        <w:rPr>
          <w:rFonts w:ascii="Avenir Next LT Pro Light" w:hAnsi="Avenir Next LT Pro Light"/>
        </w:rPr>
        <w:t>8. CONOCIMIENTO Y ACEPTACIÓN DE LA PROPIEDAD INTELECTUAL</w:t>
      </w:r>
    </w:p>
    <w:p w14:paraId="17474E58" w14:textId="77777777" w:rsidR="007C1358" w:rsidRPr="00D84647" w:rsidRDefault="002528ED">
      <w:pPr>
        <w:jc w:val="both"/>
        <w:rPr>
          <w:rFonts w:ascii="Avenir Next LT Pro Light" w:hAnsi="Avenir Next LT Pro Light"/>
        </w:rPr>
      </w:pPr>
      <w:r w:rsidRPr="00D84647">
        <w:rPr>
          <w:rFonts w:ascii="Avenir Next LT Pro Light" w:hAnsi="Avenir Next LT Pro Light"/>
        </w:rPr>
        <w:t>Declaro que conozco y acepto las condiciones de propiedad intelectual establecidas en los términos de referencia y en los instrumentos que se suscriban para la ejecución del proyecto. Reconozco que la autoría dependerá de la contribución intelectual efectiva y que la titularidad, protección, uso, publicación, transferencia o explotación de los resultados se definirá conforme con la normativa aplicable, los aportes de las partes y los acuerdos específicos. Me comprometo a informar oportunamente cualquier resultado susceptible de protección y a no divulgarlo antes de la valoración institucional correspondiente, cuando ello pueda afectar su protección.</w:t>
      </w:r>
    </w:p>
    <w:p w14:paraId="2595522C" w14:textId="77777777" w:rsidR="007C1358" w:rsidRPr="00D84647" w:rsidRDefault="002528ED">
      <w:pPr>
        <w:pStyle w:val="Ttulo1"/>
        <w:rPr>
          <w:rFonts w:ascii="Avenir Next LT Pro Light" w:hAnsi="Avenir Next LT Pro Light"/>
        </w:rPr>
      </w:pPr>
      <w:r w:rsidRPr="00D84647">
        <w:rPr>
          <w:rFonts w:ascii="Avenir Next LT Pro Light" w:hAnsi="Avenir Next LT Pro Light"/>
        </w:rPr>
        <w:t>9. AUTORIZACIÓN PARA EL TRATAMIENTO, CONSULTA Y VERIFICACIÓN DE DATOS PERSONALES</w:t>
      </w:r>
    </w:p>
    <w:p w14:paraId="6C7E3168" w14:textId="77777777" w:rsidR="007C1358" w:rsidRPr="00D84647" w:rsidRDefault="002528ED">
      <w:pPr>
        <w:jc w:val="both"/>
        <w:rPr>
          <w:rFonts w:ascii="Avenir Next LT Pro Light" w:hAnsi="Avenir Next LT Pro Light"/>
        </w:rPr>
      </w:pPr>
      <w:r w:rsidRPr="00D84647">
        <w:rPr>
          <w:rFonts w:ascii="Avenir Next LT Pro Light" w:hAnsi="Avenir Next LT Pro Light"/>
        </w:rPr>
        <w:t>Autorizo de manera previa, expresa e informada a la Secretaría de Educación del Municipio de Bello y a la Institución Universitaria Pública de Bello —IUBello—, en calidad de responsables o encargados según corresponda, para recolectar, almacenar, organizar, consultar, verificar, actualizar, circular, usar, transmitir y suprimir mis datos personales con las finalidades de gestionar la convocatoria; verificar requisitos y antecedentes administrativos pertinentes; evaluar la propuesta; formalizar mi participación; realizar seguimiento técnico, académico, financiero y administrativo; divulgar resultados institucionales; conservar evidencias; y atender obligaciones legales. Declaro que fui informado(a) de que puedo conocer, actualizar, rectificar y solicitar la supresión de mis datos, así como revocar la autorización cuando sea procedente, mediante los canales institucionales habilitados.</w:t>
      </w:r>
    </w:p>
    <w:p w14:paraId="403A514D" w14:textId="77777777" w:rsidR="007C1358" w:rsidRPr="00D84647" w:rsidRDefault="002528ED">
      <w:pPr>
        <w:pStyle w:val="Ttulo1"/>
        <w:rPr>
          <w:rFonts w:ascii="Avenir Next LT Pro Light" w:hAnsi="Avenir Next LT Pro Light"/>
        </w:rPr>
      </w:pPr>
      <w:r w:rsidRPr="00D84647">
        <w:rPr>
          <w:rFonts w:ascii="Avenir Next LT Pro Light" w:hAnsi="Avenir Next LT Pro Light"/>
        </w:rPr>
        <w:t>10. ACEPTACIÓN DE LOS TÉRMINOS Y DECISIONES DE LA CONVOCATORIA</w:t>
      </w:r>
    </w:p>
    <w:p w14:paraId="184DCDD1" w14:textId="77777777" w:rsidR="007C1358" w:rsidRPr="00D84647" w:rsidRDefault="002528ED">
      <w:pPr>
        <w:jc w:val="both"/>
        <w:rPr>
          <w:rFonts w:ascii="Avenir Next LT Pro Light" w:hAnsi="Avenir Next LT Pro Light"/>
        </w:rPr>
      </w:pPr>
      <w:r w:rsidRPr="00D84647">
        <w:rPr>
          <w:rFonts w:ascii="Avenir Next LT Pro Light" w:hAnsi="Avenir Next LT Pro Light"/>
        </w:rPr>
        <w:t>Declaro que conozco y acepto integralmente los términos de referencia, sus anexos, formatos, adendas y las decisiones adoptadas por las instancias responsables dentro del ámbito de sus competencias. Comprendo que la presentación de la propuesta no implica habilitación automática ni genera derecho a financiación; que el presupuesto podrá ser objeto de revisión o ajuste sin alterar la viabilidad esencial del proyecto; y que el suministro de información falsa, adulterada o sustancialmente inconsistente, el incumplimiento injustificado, el uso inadecuado de recursos o la falta de entrega de informes y productos podrá dar lugar a la no habilitación, exclusión o a las actuaciones administrativas, contractuales o legales correspondientes, con observancia del debido proceso.</w:t>
      </w:r>
    </w:p>
    <w:p w14:paraId="7BDD9267" w14:textId="77777777" w:rsidR="007C1358" w:rsidRPr="00D84647" w:rsidRDefault="002528ED">
      <w:pPr>
        <w:pStyle w:val="Ttulo1"/>
        <w:rPr>
          <w:rFonts w:ascii="Avenir Next LT Pro Light" w:hAnsi="Avenir Next LT Pro Light"/>
        </w:rPr>
      </w:pPr>
      <w:r w:rsidRPr="00D84647">
        <w:rPr>
          <w:rFonts w:ascii="Avenir Next LT Pro Light" w:hAnsi="Avenir Next LT Pro Light"/>
        </w:rPr>
        <w:lastRenderedPageBreak/>
        <w:t>11. COMPROMISOS EN CASO DE SELECCIÓN</w:t>
      </w:r>
    </w:p>
    <w:p w14:paraId="7E46848E" w14:textId="77777777" w:rsidR="007C1358" w:rsidRPr="00D84647" w:rsidRDefault="002528ED">
      <w:pPr>
        <w:jc w:val="both"/>
        <w:rPr>
          <w:rFonts w:ascii="Avenir Next LT Pro Light" w:hAnsi="Avenir Next LT Pro Light"/>
        </w:rPr>
      </w:pPr>
      <w:r w:rsidRPr="00D84647">
        <w:rPr>
          <w:rFonts w:ascii="Avenir Next LT Pro Light" w:hAnsi="Avenir Next LT Pro Light"/>
        </w:rPr>
        <w:t>En caso de que la propuesta sea seleccionada, me comprometo a suscribir el acta de inicio y los instrumentos requeridos; aceptar el acompañamiento del COINVESTIGADOR INSTITUCIONAL designado por la IUBello; destinar los recursos exclusivamente a las actividades y rubros aprobados, reconociendo que su administración y ejecución se realizará a través de la IUBello; desarrollar y acreditar los productos obligatorios establecidos en la convocatoria; realizar la actividad de transferencia prevista; entregar informes, evidencias y archivos del proyecto; informar novedades que afecten su ejecución; y cumplir las condiciones de cierre técnico, presupuestal, ético y de propiedad intelectual.</w:t>
      </w:r>
    </w:p>
    <w:p w14:paraId="725847A0" w14:textId="77777777" w:rsidR="007C1358" w:rsidRPr="00D84647" w:rsidRDefault="002528ED">
      <w:pPr>
        <w:pStyle w:val="Ttulo1"/>
        <w:rPr>
          <w:rFonts w:ascii="Avenir Next LT Pro Light" w:hAnsi="Avenir Next LT Pro Light"/>
        </w:rPr>
      </w:pPr>
      <w:r w:rsidRPr="00D84647">
        <w:rPr>
          <w:rFonts w:ascii="Avenir Next LT Pro Light" w:hAnsi="Avenir Next LT Pro Light"/>
        </w:rPr>
        <w:t>12. RATIFICACIÓN Y FIRMA</w:t>
      </w:r>
    </w:p>
    <w:p w14:paraId="3FC0B1B2" w14:textId="77777777" w:rsidR="007C1358" w:rsidRPr="00D84647" w:rsidRDefault="002528ED">
      <w:pPr>
        <w:jc w:val="both"/>
        <w:rPr>
          <w:rFonts w:ascii="Avenir Next LT Pro Light" w:hAnsi="Avenir Next LT Pro Light"/>
        </w:rPr>
      </w:pPr>
      <w:r w:rsidRPr="00D84647">
        <w:rPr>
          <w:rFonts w:ascii="Segoe UI Symbol" w:hAnsi="Segoe UI Symbol" w:cs="Segoe UI Symbol"/>
          <w:b/>
        </w:rPr>
        <w:t>☐</w:t>
      </w:r>
      <w:r w:rsidRPr="00D84647">
        <w:rPr>
          <w:rFonts w:ascii="Avenir Next LT Pro Light" w:hAnsi="Avenir Next LT Pro Light"/>
          <w:b/>
        </w:rPr>
        <w:t xml:space="preserve"> </w:t>
      </w:r>
      <w:r w:rsidRPr="00D84647">
        <w:rPr>
          <w:rFonts w:ascii="Avenir Next LT Pro Light" w:hAnsi="Avenir Next LT Pro Light"/>
        </w:rPr>
        <w:t>He leído el presente documento, comprendo su contenido y lo acepto en su totalidad. Declaro que lo suscribo libremente y que la información consignada corresponde a la verdad.</w:t>
      </w:r>
    </w:p>
    <w:p w14:paraId="37A5AC4C" w14:textId="77777777" w:rsidR="009906D0" w:rsidRPr="00D84647" w:rsidRDefault="009906D0">
      <w:pPr>
        <w:jc w:val="both"/>
        <w:rPr>
          <w:rFonts w:ascii="Avenir Next LT Pro Light" w:hAnsi="Avenir Next LT Pro Light"/>
        </w:rPr>
      </w:pPr>
    </w:p>
    <w:tbl>
      <w:tblPr>
        <w:tblStyle w:val="Tablaconcuadrcula"/>
        <w:tblW w:w="5000" w:type="pct"/>
        <w:jc w:val="center"/>
        <w:tblLook w:val="04A0" w:firstRow="1" w:lastRow="0" w:firstColumn="1" w:lastColumn="0" w:noHBand="0" w:noVBand="1"/>
      </w:tblPr>
      <w:tblGrid>
        <w:gridCol w:w="5094"/>
        <w:gridCol w:w="5094"/>
      </w:tblGrid>
      <w:tr w:rsidR="007C1358" w:rsidRPr="00D84647" w14:paraId="51830B02" w14:textId="77777777" w:rsidTr="009906D0">
        <w:trPr>
          <w:trHeight w:val="850"/>
          <w:jc w:val="center"/>
        </w:trPr>
        <w:tc>
          <w:tcPr>
            <w:tcW w:w="2500" w:type="pct"/>
            <w:vAlign w:val="center"/>
          </w:tcPr>
          <w:p w14:paraId="5E6DDB25" w14:textId="77777777" w:rsidR="007C1358" w:rsidRPr="00D84647" w:rsidRDefault="002528ED">
            <w:pPr>
              <w:spacing w:after="0"/>
              <w:rPr>
                <w:rFonts w:ascii="Avenir Next LT Pro Light" w:hAnsi="Avenir Next LT Pro Light"/>
              </w:rPr>
            </w:pPr>
            <w:r w:rsidRPr="00D84647">
              <w:rPr>
                <w:rFonts w:ascii="Avenir Next LT Pro Light" w:hAnsi="Avenir Next LT Pro Light"/>
                <w:b/>
                <w:color w:val="1F4E79"/>
                <w:sz w:val="18"/>
              </w:rPr>
              <w:t>Firma del INVESTIGADOR</w:t>
            </w:r>
          </w:p>
        </w:tc>
        <w:tc>
          <w:tcPr>
            <w:tcW w:w="2500" w:type="pct"/>
            <w:vAlign w:val="center"/>
          </w:tcPr>
          <w:p w14:paraId="377D0058" w14:textId="77777777" w:rsidR="007C1358" w:rsidRPr="00D84647" w:rsidRDefault="007C1358">
            <w:pPr>
              <w:spacing w:after="0"/>
              <w:rPr>
                <w:rFonts w:ascii="Avenir Next LT Pro Light" w:hAnsi="Avenir Next LT Pro Light"/>
              </w:rPr>
            </w:pPr>
          </w:p>
        </w:tc>
      </w:tr>
      <w:tr w:rsidR="007C1358" w:rsidRPr="00D84647" w14:paraId="4BC827E3" w14:textId="77777777" w:rsidTr="009906D0">
        <w:trPr>
          <w:trHeight w:val="567"/>
          <w:jc w:val="center"/>
        </w:trPr>
        <w:tc>
          <w:tcPr>
            <w:tcW w:w="2500" w:type="pct"/>
            <w:vAlign w:val="center"/>
          </w:tcPr>
          <w:p w14:paraId="2B4A19CE" w14:textId="77777777" w:rsidR="007C1358" w:rsidRPr="00D84647" w:rsidRDefault="002528ED">
            <w:pPr>
              <w:spacing w:after="0"/>
              <w:rPr>
                <w:rFonts w:ascii="Avenir Next LT Pro Light" w:hAnsi="Avenir Next LT Pro Light"/>
              </w:rPr>
            </w:pPr>
            <w:r w:rsidRPr="00D84647">
              <w:rPr>
                <w:rFonts w:ascii="Avenir Next LT Pro Light" w:hAnsi="Avenir Next LT Pro Light"/>
                <w:b/>
                <w:color w:val="1F4E79"/>
                <w:sz w:val="18"/>
              </w:rPr>
              <w:t>Nombres y apellidos</w:t>
            </w:r>
          </w:p>
        </w:tc>
        <w:tc>
          <w:tcPr>
            <w:tcW w:w="2500" w:type="pct"/>
            <w:vAlign w:val="center"/>
          </w:tcPr>
          <w:p w14:paraId="54CCB1A7" w14:textId="77777777" w:rsidR="007C1358" w:rsidRPr="00D84647" w:rsidRDefault="007C1358">
            <w:pPr>
              <w:spacing w:after="0"/>
              <w:rPr>
                <w:rFonts w:ascii="Avenir Next LT Pro Light" w:hAnsi="Avenir Next LT Pro Light"/>
              </w:rPr>
            </w:pPr>
          </w:p>
        </w:tc>
      </w:tr>
      <w:tr w:rsidR="007C1358" w:rsidRPr="00D84647" w14:paraId="576E2FEE" w14:textId="77777777" w:rsidTr="009906D0">
        <w:trPr>
          <w:trHeight w:val="567"/>
          <w:jc w:val="center"/>
        </w:trPr>
        <w:tc>
          <w:tcPr>
            <w:tcW w:w="2500" w:type="pct"/>
            <w:vAlign w:val="center"/>
          </w:tcPr>
          <w:p w14:paraId="58AF0F99" w14:textId="77777777" w:rsidR="007C1358" w:rsidRPr="00D84647" w:rsidRDefault="002528ED">
            <w:pPr>
              <w:spacing w:after="0"/>
              <w:rPr>
                <w:rFonts w:ascii="Avenir Next LT Pro Light" w:hAnsi="Avenir Next LT Pro Light"/>
              </w:rPr>
            </w:pPr>
            <w:r w:rsidRPr="00D84647">
              <w:rPr>
                <w:rFonts w:ascii="Avenir Next LT Pro Light" w:hAnsi="Avenir Next LT Pro Light"/>
                <w:b/>
                <w:color w:val="1F4E79"/>
                <w:sz w:val="18"/>
              </w:rPr>
              <w:t>Número de documento</w:t>
            </w:r>
          </w:p>
        </w:tc>
        <w:tc>
          <w:tcPr>
            <w:tcW w:w="2500" w:type="pct"/>
            <w:vAlign w:val="center"/>
          </w:tcPr>
          <w:p w14:paraId="4EF63C25" w14:textId="77777777" w:rsidR="007C1358" w:rsidRPr="00D84647" w:rsidRDefault="007C1358">
            <w:pPr>
              <w:spacing w:after="0"/>
              <w:rPr>
                <w:rFonts w:ascii="Avenir Next LT Pro Light" w:hAnsi="Avenir Next LT Pro Light"/>
              </w:rPr>
            </w:pPr>
          </w:p>
        </w:tc>
      </w:tr>
      <w:tr w:rsidR="007C1358" w:rsidRPr="00D84647" w14:paraId="64CECE5B" w14:textId="77777777" w:rsidTr="009906D0">
        <w:trPr>
          <w:trHeight w:val="567"/>
          <w:jc w:val="center"/>
        </w:trPr>
        <w:tc>
          <w:tcPr>
            <w:tcW w:w="2500" w:type="pct"/>
            <w:vAlign w:val="center"/>
          </w:tcPr>
          <w:p w14:paraId="3931AB28" w14:textId="77777777" w:rsidR="007C1358" w:rsidRPr="00D84647" w:rsidRDefault="002528ED">
            <w:pPr>
              <w:spacing w:after="0"/>
              <w:rPr>
                <w:rFonts w:ascii="Avenir Next LT Pro Light" w:hAnsi="Avenir Next LT Pro Light"/>
              </w:rPr>
            </w:pPr>
            <w:r w:rsidRPr="00D84647">
              <w:rPr>
                <w:rFonts w:ascii="Avenir Next LT Pro Light" w:hAnsi="Avenir Next LT Pro Light"/>
                <w:b/>
                <w:color w:val="1F4E79"/>
                <w:sz w:val="18"/>
              </w:rPr>
              <w:t>Lugar y fecha</w:t>
            </w:r>
          </w:p>
        </w:tc>
        <w:tc>
          <w:tcPr>
            <w:tcW w:w="2500" w:type="pct"/>
            <w:vAlign w:val="center"/>
          </w:tcPr>
          <w:p w14:paraId="417FF460" w14:textId="77777777" w:rsidR="007C1358" w:rsidRPr="00D84647" w:rsidRDefault="002528ED">
            <w:pPr>
              <w:spacing w:after="0"/>
              <w:rPr>
                <w:rFonts w:ascii="Avenir Next LT Pro Light" w:hAnsi="Avenir Next LT Pro Light"/>
              </w:rPr>
            </w:pPr>
            <w:r w:rsidRPr="00D84647">
              <w:rPr>
                <w:rFonts w:ascii="Avenir Next LT Pro Light" w:hAnsi="Avenir Next LT Pro Light"/>
                <w:sz w:val="18"/>
              </w:rPr>
              <w:t>Bello, ____ de __________________ de 2026</w:t>
            </w:r>
          </w:p>
        </w:tc>
      </w:tr>
    </w:tbl>
    <w:p w14:paraId="6CCF5DD6" w14:textId="5D226E17" w:rsidR="007C1358" w:rsidRPr="009906D0" w:rsidRDefault="0071140C" w:rsidP="0071140C">
      <w:pPr>
        <w:jc w:val="center"/>
        <w:rPr>
          <w:rFonts w:ascii="Avenir Next LT Pro Light" w:hAnsi="Avenir Next LT Pro Light"/>
        </w:rPr>
      </w:pPr>
      <w:r w:rsidRPr="00D84647">
        <w:rPr>
          <w:rFonts w:ascii="Avenir Next LT Pro Light" w:hAnsi="Avenir Next LT Pro Light"/>
          <w:i/>
          <w:color w:val="5A5A5A"/>
          <w:sz w:val="16"/>
        </w:rPr>
        <w:t>Este documento constituye uno de los dos archivos obligatorios de la postulación y deberá cargarse en formato PDF, completamente diligenciado y firmado. El segundo archivo obligatorio corresponde al Anexo IUBello de presupuesto y plan de trabajo, en formato Excel.</w:t>
      </w:r>
    </w:p>
    <w:sectPr w:rsidR="007C1358" w:rsidRPr="009906D0" w:rsidSect="00750816">
      <w:headerReference w:type="default" r:id="rId8"/>
      <w:footerReference w:type="default" r:id="rId9"/>
      <w:pgSz w:w="12240" w:h="15840"/>
      <w:pgMar w:top="907" w:right="1134" w:bottom="2127" w:left="1134" w:header="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DEF5AB" w14:textId="77777777" w:rsidR="004E0881" w:rsidRPr="00D84647" w:rsidRDefault="004E0881">
      <w:pPr>
        <w:spacing w:after="0" w:line="240" w:lineRule="auto"/>
      </w:pPr>
      <w:r w:rsidRPr="00D84647">
        <w:separator/>
      </w:r>
    </w:p>
  </w:endnote>
  <w:endnote w:type="continuationSeparator" w:id="0">
    <w:p w14:paraId="3D25F9AF" w14:textId="77777777" w:rsidR="004E0881" w:rsidRPr="00D84647" w:rsidRDefault="004E0881">
      <w:pPr>
        <w:spacing w:after="0" w:line="240" w:lineRule="auto"/>
      </w:pPr>
      <w:r w:rsidRPr="00D8464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venir Next LT Pro Light">
    <w:charset w:val="00"/>
    <w:family w:val="swiss"/>
    <w:pitch w:val="variable"/>
    <w:sig w:usb0="A00000EF" w:usb1="5000204B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028555" w14:textId="2C5331B2" w:rsidR="007C1358" w:rsidRPr="00D84647" w:rsidRDefault="00114262">
    <w:pPr>
      <w:pStyle w:val="Piedepgina"/>
      <w:jc w:val="center"/>
    </w:pPr>
    <w:r w:rsidRPr="00D84647">
      <w:rPr>
        <w:noProof/>
      </w:rPr>
      <w:drawing>
        <wp:anchor distT="0" distB="0" distL="114300" distR="114300" simplePos="0" relativeHeight="251671040" behindDoc="1" locked="0" layoutInCell="1" allowOverlap="1" wp14:anchorId="0EA637C8" wp14:editId="251A811E">
          <wp:simplePos x="0" y="0"/>
          <wp:positionH relativeFrom="page">
            <wp:posOffset>-260985</wp:posOffset>
          </wp:positionH>
          <wp:positionV relativeFrom="paragraph">
            <wp:posOffset>-2895600</wp:posOffset>
          </wp:positionV>
          <wp:extent cx="8077835" cy="3328670"/>
          <wp:effectExtent l="0" t="0" r="0" b="5080"/>
          <wp:wrapNone/>
          <wp:docPr id="1843383689" name="Imagen 18433836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77835" cy="33286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2528ED" w:rsidRPr="00D84647">
      <w:rPr>
        <w:color w:val="646464"/>
        <w:sz w:val="15"/>
      </w:rPr>
      <w:t>Secretaría de Educación del Municipio de Bello — Institución Universitaria Pública de Bello — IUBello</w:t>
    </w:r>
  </w:p>
  <w:p w14:paraId="10C1BF2F" w14:textId="77777777" w:rsidR="007C1358" w:rsidRPr="00D84647" w:rsidRDefault="002528ED">
    <w:pPr>
      <w:jc w:val="right"/>
    </w:pPr>
    <w:r w:rsidRPr="00D84647">
      <w:rPr>
        <w:color w:val="646464"/>
        <w:sz w:val="15"/>
      </w:rPr>
      <w:t xml:space="preserve">Página </w:t>
    </w:r>
    <w:r w:rsidRPr="00D84647">
      <w:rPr>
        <w:color w:val="646464"/>
        <w:sz w:val="15"/>
      </w:rPr>
      <w:fldChar w:fldCharType="begin"/>
    </w:r>
    <w:r w:rsidRPr="00D84647">
      <w:rPr>
        <w:color w:val="646464"/>
        <w:sz w:val="15"/>
      </w:rPr>
      <w:instrText>PAGE</w:instrText>
    </w:r>
    <w:r w:rsidRPr="00D84647">
      <w:rPr>
        <w:color w:val="646464"/>
        <w:sz w:val="15"/>
      </w:rPr>
      <w:fldChar w:fldCharType="separate"/>
    </w:r>
    <w:r w:rsidR="009906D0" w:rsidRPr="00D84647">
      <w:rPr>
        <w:color w:val="646464"/>
        <w:sz w:val="15"/>
      </w:rPr>
      <w:t>1</w:t>
    </w:r>
    <w:r w:rsidRPr="00D84647">
      <w:rPr>
        <w:color w:val="646464"/>
        <w:sz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4649D9" w14:textId="77777777" w:rsidR="004E0881" w:rsidRPr="00D84647" w:rsidRDefault="004E0881">
      <w:pPr>
        <w:spacing w:after="0" w:line="240" w:lineRule="auto"/>
      </w:pPr>
      <w:r w:rsidRPr="00D84647">
        <w:separator/>
      </w:r>
    </w:p>
  </w:footnote>
  <w:footnote w:type="continuationSeparator" w:id="0">
    <w:p w14:paraId="3B174A3E" w14:textId="77777777" w:rsidR="004E0881" w:rsidRPr="00D84647" w:rsidRDefault="004E0881">
      <w:pPr>
        <w:spacing w:after="0" w:line="240" w:lineRule="auto"/>
      </w:pPr>
      <w:r w:rsidRPr="00D8464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BA2FB" w14:textId="0B5D2BE2" w:rsidR="007C1358" w:rsidRPr="00D84647" w:rsidRDefault="007C1358">
    <w:pPr>
      <w:pStyle w:val="Encabezado"/>
      <w:rPr>
        <w:rFonts w:ascii="Avenir Next LT Pro Light" w:hAnsi="Avenir Next LT Pro Light"/>
      </w:rPr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3360"/>
      <w:gridCol w:w="3360"/>
      <w:gridCol w:w="3360"/>
    </w:tblGrid>
    <w:tr w:rsidR="007C1358" w:rsidRPr="00D84647" w14:paraId="0A8CFF06" w14:textId="77777777">
      <w:trPr>
        <w:jc w:val="center"/>
      </w:trPr>
      <w:tc>
        <w:tcPr>
          <w:tcW w:w="3360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60C82111" w14:textId="106934C7" w:rsidR="007C1358" w:rsidRPr="00D84647" w:rsidRDefault="001058CC">
          <w:pPr>
            <w:rPr>
              <w:rFonts w:ascii="Avenir Next LT Pro Light" w:hAnsi="Avenir Next LT Pro Light"/>
            </w:rPr>
          </w:pPr>
          <w:r w:rsidRPr="00D84647">
            <w:rPr>
              <w:rFonts w:ascii="Avenir Next LT Pro Light" w:hAnsi="Avenir Next LT Pro Light"/>
              <w:noProof/>
            </w:rPr>
            <w:drawing>
              <wp:anchor distT="0" distB="0" distL="114300" distR="114300" simplePos="0" relativeHeight="251652608" behindDoc="0" locked="0" layoutInCell="1" allowOverlap="1" wp14:anchorId="4B61047F" wp14:editId="0F652CF4">
                <wp:simplePos x="0" y="0"/>
                <wp:positionH relativeFrom="margin">
                  <wp:posOffset>-15240</wp:posOffset>
                </wp:positionH>
                <wp:positionV relativeFrom="margin">
                  <wp:posOffset>-106680</wp:posOffset>
                </wp:positionV>
                <wp:extent cx="960120" cy="960120"/>
                <wp:effectExtent l="0" t="0" r="0" b="0"/>
                <wp:wrapSquare wrapText="bothSides"/>
                <wp:docPr id="1467034357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e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0120" cy="9601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360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78A9779E" w14:textId="63CE4ADC" w:rsidR="007C1358" w:rsidRPr="00D84647" w:rsidRDefault="002528ED">
          <w:pPr>
            <w:jc w:val="center"/>
            <w:rPr>
              <w:rFonts w:ascii="Avenir Next LT Pro Light" w:hAnsi="Avenir Next LT Pro Light"/>
              <w:sz w:val="20"/>
              <w:szCs w:val="28"/>
            </w:rPr>
          </w:pPr>
          <w:r w:rsidRPr="00D84647">
            <w:rPr>
              <w:rFonts w:ascii="Avenir Next LT Pro Light" w:hAnsi="Avenir Next LT Pro Light"/>
              <w:b/>
              <w:color w:val="1F4E79"/>
              <w:sz w:val="20"/>
              <w:szCs w:val="28"/>
            </w:rPr>
            <w:t>CONVOCATORIA DE</w:t>
          </w:r>
          <w:r w:rsidR="009906D0" w:rsidRPr="00D84647">
            <w:rPr>
              <w:rFonts w:ascii="Avenir Next LT Pro Light" w:hAnsi="Avenir Next LT Pro Light"/>
              <w:b/>
              <w:color w:val="1F4E79"/>
              <w:sz w:val="20"/>
              <w:szCs w:val="28"/>
            </w:rPr>
            <w:t xml:space="preserve"> </w:t>
          </w:r>
          <w:r w:rsidRPr="00D84647">
            <w:rPr>
              <w:rFonts w:ascii="Avenir Next LT Pro Light" w:hAnsi="Avenir Next LT Pro Light"/>
              <w:b/>
              <w:color w:val="1F4E79"/>
              <w:sz w:val="20"/>
              <w:szCs w:val="28"/>
            </w:rPr>
            <w:t>PROYECTOS DE INVESTIGACIÓN</w:t>
          </w:r>
          <w:r w:rsidRPr="00D84647">
            <w:rPr>
              <w:rFonts w:ascii="Avenir Next LT Pro Light" w:hAnsi="Avenir Next LT Pro Light"/>
              <w:b/>
              <w:color w:val="1F4E79"/>
              <w:sz w:val="20"/>
              <w:szCs w:val="28"/>
            </w:rPr>
            <w:br/>
            <w:t>DOCENTES Y DIRECTIVOS DOCENTES DEL MUNICIPIO DE BELLO — 2026</w:t>
          </w:r>
        </w:p>
      </w:tc>
      <w:tc>
        <w:tcPr>
          <w:tcW w:w="3360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185EDE90" w14:textId="77777777" w:rsidR="007C1358" w:rsidRPr="00D84647" w:rsidRDefault="002528ED">
          <w:pPr>
            <w:jc w:val="right"/>
            <w:rPr>
              <w:rFonts w:ascii="Avenir Next LT Pro Light" w:hAnsi="Avenir Next LT Pro Light"/>
            </w:rPr>
          </w:pPr>
          <w:r w:rsidRPr="00D84647">
            <w:rPr>
              <w:rFonts w:ascii="Avenir Next LT Pro Light" w:hAnsi="Avenir Next LT Pro Light"/>
              <w:noProof/>
            </w:rPr>
            <w:drawing>
              <wp:anchor distT="0" distB="0" distL="114300" distR="114300" simplePos="0" relativeHeight="251661824" behindDoc="0" locked="0" layoutInCell="1" allowOverlap="1" wp14:anchorId="7DFF35F6" wp14:editId="33883233">
                <wp:simplePos x="5781675" y="142875"/>
                <wp:positionH relativeFrom="margin">
                  <wp:posOffset>1409700</wp:posOffset>
                </wp:positionH>
                <wp:positionV relativeFrom="margin">
                  <wp:posOffset>-127635</wp:posOffset>
                </wp:positionV>
                <wp:extent cx="1234440" cy="1233805"/>
                <wp:effectExtent l="0" t="0" r="0" b="0"/>
                <wp:wrapSquare wrapText="bothSides"/>
                <wp:docPr id="201341294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34440" cy="12338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15994989">
    <w:abstractNumId w:val="8"/>
  </w:num>
  <w:num w:numId="2" w16cid:durableId="1750342550">
    <w:abstractNumId w:val="6"/>
  </w:num>
  <w:num w:numId="3" w16cid:durableId="1118724735">
    <w:abstractNumId w:val="5"/>
  </w:num>
  <w:num w:numId="4" w16cid:durableId="1764498444">
    <w:abstractNumId w:val="4"/>
  </w:num>
  <w:num w:numId="5" w16cid:durableId="773204946">
    <w:abstractNumId w:val="7"/>
  </w:num>
  <w:num w:numId="6" w16cid:durableId="1481312801">
    <w:abstractNumId w:val="3"/>
  </w:num>
  <w:num w:numId="7" w16cid:durableId="1026829638">
    <w:abstractNumId w:val="2"/>
  </w:num>
  <w:num w:numId="8" w16cid:durableId="1749381610">
    <w:abstractNumId w:val="1"/>
  </w:num>
  <w:num w:numId="9" w16cid:durableId="1127223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058CC"/>
    <w:rsid w:val="00114262"/>
    <w:rsid w:val="0015074B"/>
    <w:rsid w:val="002528ED"/>
    <w:rsid w:val="0029639D"/>
    <w:rsid w:val="00326F90"/>
    <w:rsid w:val="00463FFC"/>
    <w:rsid w:val="004E0881"/>
    <w:rsid w:val="00666F28"/>
    <w:rsid w:val="0071140C"/>
    <w:rsid w:val="00750816"/>
    <w:rsid w:val="00770C12"/>
    <w:rsid w:val="007C1358"/>
    <w:rsid w:val="008271F5"/>
    <w:rsid w:val="009906D0"/>
    <w:rsid w:val="00A32FDD"/>
    <w:rsid w:val="00A7263E"/>
    <w:rsid w:val="00A8216A"/>
    <w:rsid w:val="00AA1D8D"/>
    <w:rsid w:val="00B47730"/>
    <w:rsid w:val="00C87677"/>
    <w:rsid w:val="00CB0664"/>
    <w:rsid w:val="00D8464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E271E84"/>
  <w14:defaultImageDpi w14:val="300"/>
  <w15:docId w15:val="{0A63DEF6-4016-4CCB-B8C7-A9CD0F3C9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rial" w:hAnsi="Arial"/>
      <w:sz w:val="19"/>
      <w:lang w:val="es-CO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/>
      <w:b/>
      <w:bCs/>
      <w:color w:val="1F4E79"/>
      <w:sz w:val="21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F4E79"/>
      <w:spacing w:val="5"/>
      <w:kern w:val="28"/>
      <w:sz w:val="26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1324</Words>
  <Characters>7284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8591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Carlos Alfredo Pérez Fuentes</cp:lastModifiedBy>
  <cp:revision>9</cp:revision>
  <dcterms:created xsi:type="dcterms:W3CDTF">2013-12-23T23:15:00Z</dcterms:created>
  <dcterms:modified xsi:type="dcterms:W3CDTF">2026-10-05T19:59:00Z</dcterms:modified>
  <cp:category/>
</cp:coreProperties>
</file>